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להיות חבר נאמן וחוסן רגשי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סימנים שלחבר או לחברה 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מה עושים כשחבר עצוב - לשים לב, לשאול ולהקשיב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שדאגה גדולה מספרים למבוגר אחראי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 על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עצוב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מתיישבת לידו ושואלת מה שלומו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קשה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מקשיב בלי למהר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למורה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סוד מדאיג צריך לספר למבוגר אחראי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אפשר ומותר לשתף ברגשות קשים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לשים לב ולעזור, לא לצחוק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לפעמים הקשבה שקטה עוזרת הכי הרבה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גם ילדים יכולים לשים לב ולעזור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שלומך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מקשיב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עצוב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הסימן להסבר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(פתאום הוא לא מדבר הרבה)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(היא לא רוצה לשחק עם אף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(הוא לא מצייר ולא משחק כמו פעם)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(לא רק יום אחד, אלא הרבה ימים)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(אומר: אף אחד לא שם לב אלי)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עושים כשלחבר קשה? סדרו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שימו לב שמשהו השתנה אצל החבר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שאלו בשקט: מה שלומך?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הקשיבו בלי למהר לתקן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יש דאגה גדולה, ספרו למבוגר אחראי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תשובה אישית מתקבלת - חשוב שהמילה תהיה חיובית ותומכת, והילד/ה יסביר/תסביר בקצרה את הבחירה. השיתוף הוא רשות.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לב, שואל ומקשיב בלי למהר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יושב לבד, שקט מאוד, עצוב הרבה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למבוגר אחראי כמו מורה, יועצת או הורה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תחילת העבודה, הזכירו לתלמידים שכל שיתוף הוא רשות ואפשר לדלג על כל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בקול לפני מילוי הדף,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אין צורך להראות את התשובה לאף אחד, אלא אם הילד/ה רוצה בכך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להיות חבר נאמן וחוסן רגשי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סיפורם של תמר ויואב. נלמד לזהות מתי לחבר קשה, ומה עושה חבר טוב או חברה טובה כדי לעזור.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 על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יואב יושב לבד בהפסקה ולא רוצה לשחק. מה הוא מרגיש?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עייף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עושה תמר כשהיא רואה שיואב עצוב?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מתעלמת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מתיישבת לידו ושואלת מה שלומו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צוחקת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הולכת לשחק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אומר יואב לתמר כשהיא שואלת מה שלומו?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 בסדר גמור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קשה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עזבי אותי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אני לא רוצה לדבר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עושה חבר טוב כששומע שלחבר קשה?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ממהר לתקן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מקשיב בלי למהר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לכולם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צוחק ובורח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לאן הולכים תמר ויואב בסוף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לחבר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לחצר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 טוב שומר כל סוד, גם סוד מדאיג.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להגיד "קשה לי".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כשחבר עצוב, צוחקים עליו.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לשבת ליד חבר ורק להקשיב, בלי לתקן.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רק מבוגרים יכולים לשים לב כשלחבר קשה.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תמר מתיישבת ליד יואב ושואלת בשקט: "מה __________?"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חבר טוב שם לב, שואל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אם יש דאגה גדולה, מספרים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יואב אומר לתמר: "__________ ששמת לב."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כשחבר יושב לבד ולא רוצה לשחק, אולי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את הסימן להסבר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שקט מאוד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היא לא רוצה לשחק עם אף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יושבת לבד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הוא לא מצייר ולא משחק כמו פעם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עוזב מה שאהב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אומר: אף אחד לא שם לב אלי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עצובה הרבה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פתאום הוא לא מדבר הרבה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מילים עצובות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לא רק יום אחד, אלא הרבה ימים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עושים כשלחבר קשה? סדרו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 בשקט: מה שלומך?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שימו לב שמשהו השתנה אצל החבר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יש דאגה גדולה, ספרו למבוגר אחראי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הקשיבו בלי למהר לתקן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מילה טובה לחבר או לחברה, וכתבו למה בחרתם במילה הזאת.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חבר טוב או חברה טובה כשחבר עצוב?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לסימן שאולי לחבר קשה.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מספרים כשיש דאגה גדולה?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להיות חבר נאמן וחוסן רגשי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