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מה עושים כשחבר עצוב - לשים לב, לשאול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שדאגה גדולה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קשה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מקשיב בלי למהר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צריך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לשתף ברגשות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לשים לב ולעזור, לא לצחוק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לפעמים הקשבה שקטה עוזרת הכי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ילדים יכולים לשים לב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(פתאום הוא לא מדבר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(היא 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(הוא לא מצייר ולא משחק כמו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רק יום אחד, אלא הרבה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(אומר: אף אחד לא שם לב אלי)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כשלחבר קשה?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שמשהו השתנה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בשקט: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למהר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דאגה גדולה, ספרו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מתקבלת - חשוב שהמילה תהיה חיובית ותומכת, והילד/ה יסביר/תסביר בקצרה את הבחירה. השיתוף הוא רשות.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ומקשיב בלי למהר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יושב לבד, שקט מאוד, עצוב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 כמו מורה,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העבודה, הזכירו לתלמידים שכל שיתוף הוא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אין צורך להראות את התשובה לאף אחד, אלא אם הילד/ה רוצה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נתרגל סיפור על תמר ויואב. נלמד איך לדעת שלחבר קשה, ומה עושים כדי לעזור.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 נֶאֱמָן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שאפשר לסמוך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לְהַקְשִׁיב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שהשני אומר, בלי למהר לדבר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לָשִׂים לֵב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להבחין שמשהו השתנה אצל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מְבֻגָּר אַחְרָאי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גדול שיכול לעזור, כמו מורה או 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דְּאָגָה גְּדוֹלָה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שמשהו לא בסדר ולא עובר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סוֹד מַדְאִיג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שחשוב לספר למבוגר ולא לשמור בסוד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יואב מרגיש כשהוא יושב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תמר עושה כשרואה את יואב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יואב עונה לתמר?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בסדר גמור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עזבי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לא רוצה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חבר טוב עושה כששומע שקשה לחבר?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ממהר לתקן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בלי למהר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לכולם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צוחק ובורח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תמר ויואב הולכים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טוב שומר כל סוד, גם סוד מדאיג.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להגיד "קשה לי".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עצוב, צוחקים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לשבת ליד חבר ורק להקשיב, בלי לתקן.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מבוגרים יכולים לשים לב כשלחבר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מתיישבת ליד יואב ושואלת בשקט: "מה 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 טוב שם לב, שואל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יש דאגה גדולה, מספרים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יואב אומר לתמר: "__________ ששמת לב."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 יושב לבד ולא רוצה לשחק, אולי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הסימן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הוא לא מצייר ולא משחק כמו 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יושבת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רק יום אחד, אלא הרבה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עוזב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אומר: אף אחד לא שם לב אלי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עצובה הרבה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היא לא רוצה לשחק עם 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פתאום הוא לא מדבר הרבה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עושים כשלחבר קשה?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הקשיבו בלי למהר 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 לב שמשהו השתנה אצל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בשקט: מה שלומך?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דאגה גדולה, ספרו למבוגר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מילה טובה לחבר או לחברה, וכתבו למה בחרתם במילה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חבר טוב או חברה טובה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שאולי לחבר קשה.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מספרים כשיש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 נאמן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