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 נאמן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 או לחברה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מה עושים כשחבר עצוב - לשים לב, לשאול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שדאגה גדולה מספרים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מתיישבת לידו ושואלת מה שלומו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קשה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סוד מדאיג צריך לספר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ומותר לשתף ברגשות קשים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הסימן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(פתאום הוא לא מדבר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(היא לא רוצה לשחק עם אף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רק יום אחד, אלא הרבה ימים)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כשלחבר קשה?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 לב שמשהו השתנה אצל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 בשקט: מה שלומך?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הקשיבו בלי למהר 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דאגה גדולה, ספרו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לב, שואל ומקשיב בלי למהר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יושב לבד, שקט מאוד, עצוב הרבה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למבוגר אחראי כמו מורה, יועצת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תחילת העבודה, הזכירו לתלמידים שכל שיתוף הוא רשות ואפשר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מילוי הדף,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אין צורך להראות את התשובה לאף אחד, אלא אם הילד/ה רוצה בכך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 נאמן וחוסן רגשי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סיפורם של תמר ויואב. נלמד לזהות מתי לחבר קשה, ומה עושה חבר טוב או חברה טובה כדי לעזור.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שלומך  ·  מקשיב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יואב יושב לבד בהפסקה ולא רוצה לשחק. מה הוא מרגיש?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תמר כשהיא רואה שיואב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מתעלמת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מתיישבת לידו ושואלת מה שלומו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צוחקת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אומר יואב לתמר כשהיא שואלת מה שלומו?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אני בסדר גמור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קשה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עזבי אותי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 טוב שומר כל סוד, גם סוד מדאיג.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להגיד "קשה לי".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 מתיישבת ליד יואב ושואלת בשקט: "מה __________?"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חבר טוב שם לב, שואל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את הסימן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שקט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לא רק יום אחד, אלא הרבה 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יושבת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פתאום הוא לא מדבר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עצובה הרבה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היא לא רוצה לשחק עם אף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עושים כשלחבר קשה?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דאגה גדולה, ספרו למבוגר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שימו לב שמשהו השתנה אצל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 בשקט: מה שלומך?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הקשיבו בלי למהר לתקן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חבר טוב או חברה טובה כשחבר עצוב?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לסימן שאולי לחבר קשה.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 נאמן וחוסן רגשי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